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קרב הקבוצות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חזרה מעורבת על כל המשימות – כהכנה למשחק הקבוצות או אחריו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https://shem-hamispar-mesima.sites.tab.bot/mischak.html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לחלק את הדף לזוגות לפני המשחק, ולבדוק יחד במשחק עצמו.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שאלות הקרב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ב – נקבה   2) ב – חמש   3) א – זכר   4) ב – נקבה   5) א – שלושה   6) ב – חמש   7) ב – תשעה   8) א – שבע   9) ב – שתי   10) א – אחד   11) ב – חמש עשרה   12) א – שלושה עשר   13) ב – שלוש מאות שקלים   14) ב – חמשת אלפים   15) א – שלושת   16) ב – שני   17) א – השלישית   18) ב – האחד עשר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 משלכם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🏁 קרב הקבוצות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שאלות מכל 12 המשימות – כמו בקרב הקבוצות.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כמה תלמידים יחד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ניקוד במשחק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🔄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עכשיו משחקת הקבוצה הזאת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לגנוב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🦊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לענות במקום הקבוצה השנייה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הקרב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כשסופרים בלי שם עצם (אחת, שתיים…) משתמשים בצורת: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זכר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נקבה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איך אומרים 5 בספירה רגילה?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חמישה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חמש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"שולחנות" – מה המין של שולחן?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זכר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נקבה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"דלת" היא: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זכר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נקבה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___ כיסאות (3)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שלושה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שלוש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___ מנורות (5)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חמישה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חמש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___ בלונים (9)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תשע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תשעה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___ גיטרות (7)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שבע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שבעה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9. שמרו לנו ___ שורות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שתיים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שתי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10. קיבלתי כרטיס 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אחד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אחת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11. ___ דקות (15)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חמישה עשר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חמש עשרה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12. ___ תלמידים (13)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שלושה עשר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שלוש עשרה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 xml:space="preserve">13. 300 שקלים = 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שלושה מאות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שלוש מאות שקלים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 xml:space="preserve">14. 5000 = 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חמש אלפים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חמשת אלפים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15. ___ הזוכים (3)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שלושת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שלושה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16. ___ המנחים (2)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שניים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שני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17. ההופעה ה־3 = ההופעה 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השלישית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השלישי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18. המופע ה־11 = המופע 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האחד עשרה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האחד עשר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שאלה משלכם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2 שאלות חדשות לקרב הקבוצות (עם תשובה נכונה ותשובה שגויה).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קרב הקבוצות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